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ציפורים במסע ארוך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נדידת הציפורים בסתיו ובאביב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פרטים מידעיים בטקסט עיוני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לציפורים נודדות ולארץ ישראל כתחנת מעבר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חם יותר ויש הרבה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בשמש, בכוכבים ובסימנים בנוף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לפי הטקסט הן עפות לאפריקה בסתיו, ולא באביב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- אירופה, אסיה ואפריקה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עמק החולה נמצא בצפון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 לגבי הצפייה בעגורים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(ציפור גדולה עם רגליים ארוכות)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(ציפור שאוכלת בעיקר דגים)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(ציפור שחורפת בעמק החולה)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(שטח יבשה ענקי כמו אירופה או 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(נסיעה ארוכה ממקום למקום)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הציפורים עוזבות את הארצות הקרות בצפון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הציפורים עוצרות בארץ ישראל לנוח ולאכול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הציפורים ממשיכות לעוף עד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באביב הציפורים חוזרות באותה הדרך לצפון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נמצאת במקום שבו נפגשות שלוש יבשות, ולכן עוברות דרכה ציפורים רבות שעוצרות לנוח ולאכול.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שם חם יותר ויש הרבה 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אירופה, אסיה ואפריקה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הן נעזרות בשמש, בכוכבים ובסימנים בנוף כמו הרים ונהרות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לבדוק את משימת הכתיבה הפתוחה יחד עם התלמידים כדי לחזק ביטוי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הקשה (המסומן) ניתן לוותר עבור 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ציפורים במסע ארוך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הבנת הנקרא על בסיס הטקסט על נדידת הציפורים דרך ארץ ישראל, בדרכן לאפריקה ובחזרה.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לאן עפות הציפורים בסתיו?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ההרים הגבוהים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הארצות הקרות בצפון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איים באמצע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הציפורים עפות לאפריקה בסתיו?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חם יותר ויש הרבה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קר יותר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שם ציפורים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קרוב יותר לצפון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יבשות נפגשות בארץ ישראל,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ציפור נחה בעמק החולה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שקנאים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במה, לפי החוקרים, נעזרות הציפורים כדי לדעת לאן לעוף?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בשמש, בכוכבים ובסימנים בנוף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במפות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במכשירי ניווט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בציפורים אחרות שמובילות אותן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עפות לאפריקה באביב.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בארץ ישראל נפגשות שלוש יבשות.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עמק החולה נמצא בדרום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מבקרים בעמק החולה צריכים לשמור על שקט כדי לא להפריע לציפורים.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__________ מתחיל בשמיים מסע גדול של ציפורים.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הציפורים עפות אל __________, שם חם יותר ויש הרבה מזון.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חוקרים מאמינים שהציפורים נעזרות ב__________, בכוכבים ובסימנים בנוף.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בעמק החולה נחים בחורף __________ רבים.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באביב, כשמתחמם ב__________, הציפורים חוזרות באותה הדרך.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חסידה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נסיעה ארוכה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שקנאי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ציפור שחורפת בעמק החולה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ציפור גדולה עם רגליים ארוכות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יבשת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ציפור שאוכלת בעיקר דגים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שטח יבשה ענקי כמו אירופה או אפריקה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ממשיכות לעוף עד אפריקה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באביב הציפורים חוזרות באותה הדרך לצפון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עוצרות בארץ ישראל לנוח ולאכול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הציפורים עוזבות את הארצות הקרות בצפון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הופך את ארץ ישראל למקום חשוב כל כך בשביל הציפורים הנודדות? הסבירו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הציפורים עפות לאפריקה בסתיו?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יבשות נפגשות בארץ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הציפורים יודעות לאן לעוף, לפי החוקרים?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ציפורים במסע ארוך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