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נדידת הציפורים בסתיו ובאביב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פרטים מידעיים בטקסט 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לציפורים נודדות ולארץ ישראל כתחנת מעבר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חם יותר ויש הרבה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בשמש, בכוכבים ובסימנים בנוף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הטקסט הן עפות לאפריקה בסתיו, ולא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אירופה, אסיה ואפריקה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עמק החולה נמצא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לגבי הצפייה בעגורים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(ציפור גדולה עם רגליים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(ציפור שאוכלת בעיקר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(ציפור שחורפת בעמק החולה)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(שטח יבשה ענקי כמו אירופה או 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(נסיעה ארוכה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הציפורים עוזבות את הארצות הקרות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עוצרות בארץ ישראל לנוח ולאכול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הציפורים ממשיכות לעוף עד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באביב הציפורים חוזרות באותה הדרך לצפון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נמצאת במקום שבו נפגשות שלוש יבשות, ולכן עוברות דרכה ציפורים רבות שעוצרות לנוח ולאכול.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שם חם יותר ויש הרבה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אירופה, אסיה ואפריקה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 נעזרות בשמש, בכוכבים ובסימנים בנוף כמו הרים ונהרות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לבדוק את משימת הכתיבה הפתוחה יחד עם התלמידים כדי לחזק ביטוי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הקשה (המסומן) ניתן לוותר עבור 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ציפורים שעפות דרך הארץ שלנו. נענה על שאלות על הטקסט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מאוד, כמו אירופה או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גדולה עם רגליים ארוכות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גדולה שאוכלת בעיקר דגים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עוף דורס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שאוכלת בעלי חיים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גדולה שחורפת בעמק החולה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לצבור כוח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לנוח ולהתחזק לפני המשך הדרך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להפריע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אי נוחות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הציפורים עפות כשמתחיל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ההרים הגבוהים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הארצות הקרות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איים באמצע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באפריקה שגורם לציפורים לעוף לשם?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חם יותר ויש הרבה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קר יותר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ציפורים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קרוב יותר לצפון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יבשות נפגשות בארץ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ציפור אוהבת לנוח בעמק החולה?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שקנאים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הציפורים יודעות לאן לטוס?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בשמש, בכוכבים ובסימנים בנוף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במפות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במכשירי ניווט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בציפורים אחרות שמובילות אותן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לאפריקה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ישראל נפגשות שלוש יבשות.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עמק החולה נמצא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מבקרים בעמק החולה צריכים לשמור על שקט כדי לא להפריע לציפורים.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__________ מתחיל בשמיים מסע גדול של ציפורים.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הציפורים עפות אל __________, שם חם יותר ויש הרבה 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חוקרים מאמינים שהציפורים נעזרות ב__________, בכוכבים ובסימנים בנוף.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בעמק החולה נחים בחורף __________ רבים.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באביב, כשמתחמם ב__________, הציפורים חוזרות באותה הדרך.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 שחורפת בעמק החולה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שטח יבשה ענקי כמו אירופה או 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נסיעה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 גדולה עם רגליים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שאוכלת בעיקר דגים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עוצרות בארץ ישראל לנוח ולאכול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הציפורים חוזרות באותה הדרך לצפון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עוזבות את הארצות הקרות בצפון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ממשיכות לעוף עד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הופך את ארץ ישראל למקום חשוב כל כך בשביל הציפורים הנודדות?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הציפורים עפות לאפריקה בסתיו?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יבשות נפגשות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הציפורים יודעות לאן לעוף, לפי החוקרים?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ציפורים במסע ארוך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