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נדידת הציפורים בסתיו ובאביב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פרטים מידעיים בטקסט 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לציפורים נודדות ולארץ ישראל כתחנת מעבר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חם יותר ויש הרבה 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הטקסט הן עפות לאפריקה בסתיו, ולא 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- אירופה, אסיה ואפריקה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(ציפור גדולה עם רגליים ארוכות)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(ציפור שאוכלת בעיקר דגים)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(ציפור שחורפת בעמק החולה)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(שטח יבשה ענקי כמו אירופה או 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הציפורים עוזבות את הארצות הקרות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הציפורים עוצרות בארץ ישראל לנוח ולאכול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הציפורים ממשיכות לעוף עד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באביב הציפורים חוזרות באותה הדרך לצפון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שם חם יותר ויש הרבה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אירופה, אסיה ואפריקה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הן נעזרות בשמש, בכוכבים ובסימנים בנוף כמו הרים ונהרות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לבדוק את משימת הכתיבה הפתוחה יחד עם התלמידים כדי לחזק ביטוי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הקשה (המסומן) ניתן לוותר עבור 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הבנת הנקרא על בסיס הטקסט על נדידת הציפורים דרך ארץ ישראל, בדרכן לאפריקה ובחזרה.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אפריקה  ·  סתיו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לאן עפות הציפורים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 ההרים הגבוהים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 הארצות הקרות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הציפורים עפות לאפריקה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חם יותר ויש הרבה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קר יותר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שם ציפורים אחרות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הציפורים עפות לאפריקה באביב.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בארץ ישראל נפגשות שלוש יבשות.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__________ מתחיל בשמיים מסע גדול של ציפורים.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הציפורים עפות אל __________, שם חם יותר ויש הרבה מזון.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שטח יבשה ענקי כמו אירופה או 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שקנאי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ציפור שחורפת בעמק החולה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ציפור שאוכלת בעיקר דגים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ציפור גדולה עם רגליים ארוכות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הציפורים עוצרות בארץ ישראל לנוח ולאכול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הציפורים ממשיכות לעוף עד אפריקה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באביב הציפורים חוזרות באותה הדרך לצפון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הציפורים עוזבות את הארצות הקרות בצפון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הציפורים עפות לאפריקה בסתיו?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 יבשות נפגשות בארץ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ציפורים במסע ארוך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